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b/>
          <w:i w:val="0"/>
          <w:sz w:val="28"/>
        </w:rPr>
        <w:t>YILLIK ÜCRETLİ İZİN TALEP DİLEKÇESİ</w:t>
      </w:r>
    </w:p>
    <w:p>
      <w:pPr>
        <w:spacing w:after="40"/>
        <w:jc w:val="center"/>
      </w:pPr>
      <w:r>
        <w:rPr>
          <w:b w:val="0"/>
          <w:i w:val="0"/>
        </w:rPr>
        <w:t>...................................... (işyeri / şirket unvanı)</w:t>
      </w:r>
    </w:p>
    <w:p>
      <w:pPr>
        <w:spacing w:after="360"/>
        <w:jc w:val="center"/>
      </w:pPr>
      <w:r>
        <w:rPr>
          <w:b/>
          <w:i w:val="0"/>
        </w:rPr>
        <w:t>İNSAN KAYNAKLARI MÜDÜRLÜĞÜNE</w:t>
      </w:r>
    </w:p>
    <w:p>
      <w:pPr>
        <w:spacing w:after="120"/>
      </w:pPr>
      <w:r>
        <w:rPr>
          <w:b w:val="0"/>
          <w:i w:val="0"/>
        </w:rPr>
        <w:t>İşyerinizde ..../..../........ tarihinden beri ............................ olarak çalışmaktayım.</w:t>
      </w:r>
    </w:p>
    <w:p>
      <w:pPr>
        <w:spacing w:after="120"/>
      </w:pPr>
      <w:r>
        <w:rPr>
          <w:b w:val="0"/>
          <w:i w:val="0"/>
        </w:rPr>
        <w:t>.......... hizmet yılına ait yıllık ücretli iznimin .......... iş günlük kısmını ..../..../........ – ..../..../........ tarihleri arasında kullanmak istiyorum. İzin dönüşü ..../..../........ tarihinde işbaşı yapacağım.</w:t>
      </w:r>
    </w:p>
    <w:p>
      <w:pPr>
        <w:spacing w:after="40"/>
      </w:pPr>
      <w:r>
        <w:rPr>
          <w:b w:val="0"/>
          <w:i w:val="0"/>
        </w:rPr>
        <w:t>Ücretsiz yol izni (İş Kanunu m.56, en çok 4 gün):</w:t>
      </w:r>
    </w:p>
    <w:p>
      <w:pPr>
        <w:spacing w:after="40"/>
      </w:pPr>
      <w:r>
        <w:rPr>
          <w:b w:val="0"/>
          <w:i w:val="0"/>
        </w:rPr>
        <w:t>☐  İstemiyorum</w:t>
      </w:r>
    </w:p>
    <w:p>
      <w:pPr>
        <w:spacing w:after="240"/>
      </w:pPr>
      <w:r>
        <w:rPr>
          <w:b w:val="0"/>
          <w:i w:val="0"/>
        </w:rPr>
        <w:t>☐  İstiyorum: ........ gün — izni geçireceğim yer (il): ........................</w:t>
      </w:r>
    </w:p>
    <w:p>
      <w:pPr>
        <w:spacing w:after="480"/>
      </w:pPr>
      <w:r>
        <w:rPr>
          <w:b w:val="0"/>
          <w:i w:val="0"/>
        </w:rPr>
        <w:t>Gereğini bilgilerinize arz ederim.</w:t>
      </w:r>
    </w:p>
    <w:tbl>
      <w:tblPr>
        <w:tblW w:type="auto" w:w="0"/>
        <w:jc w:val="center"/>
        <w:tblLook w:firstColumn="1" w:firstRow="1" w:lastColumn="0" w:lastRow="0" w:noHBand="0" w:noVBand="1" w:val="04A0"/>
      </w:tblPr>
      <w:tblGrid>
        <w:gridCol w:w="4873"/>
        <w:gridCol w:w="4873"/>
      </w:tblGrid>
      <w:tr>
        <w:tc>
          <w:tcPr>
            <w:tcW w:type="dxa" w:w="4873"/>
          </w:tcPr>
          <w:p>
            <w:r>
              <w:rPr>
                <w:b/>
              </w:rPr>
              <w:t>Tarih</w:t>
            </w:r>
          </w:p>
        </w:tc>
        <w:tc>
          <w:tcPr>
            <w:tcW w:type="dxa" w:w="4873"/>
          </w:tcPr>
          <w:p>
            <w:r>
              <w:t>..../..../........</w:t>
            </w:r>
          </w:p>
        </w:tc>
      </w:tr>
      <w:tr>
        <w:tc>
          <w:tcPr>
            <w:tcW w:type="dxa" w:w="4873"/>
          </w:tcPr>
          <w:p>
            <w:r>
              <w:rPr>
                <w:b/>
              </w:rPr>
              <w:t>Ad Soyad</w:t>
            </w:r>
          </w:p>
        </w:tc>
        <w:tc>
          <w:tcPr>
            <w:tcW w:type="dxa" w:w="4873"/>
          </w:tcPr>
          <w:p>
            <w:r>
              <w:t>......................................</w:t>
            </w:r>
          </w:p>
        </w:tc>
      </w:tr>
      <w:tr>
        <w:tc>
          <w:tcPr>
            <w:tcW w:type="dxa" w:w="4873"/>
          </w:tcPr>
          <w:p>
            <w:r>
              <w:rPr>
                <w:b/>
              </w:rPr>
              <w:t>Sicil / Personel No</w:t>
            </w:r>
          </w:p>
        </w:tc>
        <w:tc>
          <w:tcPr>
            <w:tcW w:type="dxa" w:w="4873"/>
          </w:tcPr>
          <w:p>
            <w:r>
              <w:t>......................................</w:t>
            </w:r>
          </w:p>
        </w:tc>
      </w:tr>
      <w:tr>
        <w:tc>
          <w:tcPr>
            <w:tcW w:type="dxa" w:w="4873"/>
          </w:tcPr>
          <w:p>
            <w:r>
              <w:rPr>
                <w:b/>
              </w:rPr>
              <w:t>Departman / Görev</w:t>
            </w:r>
          </w:p>
        </w:tc>
        <w:tc>
          <w:tcPr>
            <w:tcW w:type="dxa" w:w="4873"/>
          </w:tcPr>
          <w:p>
            <w:r>
              <w:t>......................................</w:t>
            </w:r>
          </w:p>
        </w:tc>
      </w:tr>
      <w:tr>
        <w:tc>
          <w:tcPr>
            <w:tcW w:type="dxa" w:w="4873"/>
          </w:tcPr>
          <w:p>
            <w:r>
              <w:rPr>
                <w:b/>
              </w:rPr>
              <w:t>Telefon (isteğe bağlı)</w:t>
            </w:r>
          </w:p>
        </w:tc>
        <w:tc>
          <w:tcPr>
            <w:tcW w:type="dxa" w:w="4873"/>
          </w:tcPr>
          <w:p>
            <w:r>
              <w:t>......................................</w:t>
            </w:r>
          </w:p>
        </w:tc>
      </w:tr>
      <w:tr>
        <w:tc>
          <w:tcPr>
            <w:tcW w:type="dxa" w:w="4873"/>
          </w:tcPr>
          <w:p>
            <w:r>
              <w:rPr>
                <w:b/>
              </w:rPr>
              <w:t>İmza</w:t>
            </w:r>
          </w:p>
        </w:tc>
        <w:tc>
          <w:tcPr>
            <w:tcW w:type="dxa" w:w="4873"/>
          </w:tcPr>
          <w:p>
            <w:r/>
          </w:p>
        </w:tc>
      </w:tr>
    </w:tbl>
    <w:p>
      <w:pPr>
        <w:spacing w:after="280"/>
      </w:pPr>
      <w:r>
        <w:rPr>
          <w:b w:val="0"/>
          <w:i w:val="0"/>
        </w:rPr>
      </w:r>
    </w:p>
    <w:p>
      <w:pPr>
        <w:spacing w:after="80"/>
      </w:pPr>
      <w:r>
        <w:rPr>
          <w:b/>
          <w:i w:val="0"/>
        </w:rPr>
        <w:t>YÖNETİCİ GÖRÜŞÜ</w:t>
      </w:r>
    </w:p>
    <w:p>
      <w:pPr>
        <w:spacing w:after="80"/>
      </w:pPr>
      <w:r>
        <w:rPr>
          <w:b w:val="0"/>
          <w:i w:val="0"/>
        </w:rPr>
        <w:t>☐  Uygundur     ☐  Uygun değildir     Önerilen tarih: ..../..../........ – ..../..../........</w:t>
      </w:r>
    </w:p>
    <w:p>
      <w:pPr>
        <w:spacing w:after="280"/>
      </w:pPr>
      <w:r>
        <w:rPr>
          <w:b w:val="0"/>
          <w:i w:val="0"/>
        </w:rPr>
        <w:t>Ad Soyad / İmza / Tarih: ......................................</w:t>
      </w:r>
    </w:p>
    <w:p>
      <w:pPr>
        <w:spacing w:after="80"/>
      </w:pPr>
      <w:r>
        <w:rPr>
          <w:b/>
          <w:i w:val="0"/>
        </w:rPr>
        <w:t>İNSAN KAYNAKLARI KAYDI</w:t>
      </w:r>
    </w:p>
    <w:p>
      <w:pPr>
        <w:spacing w:after="80"/>
      </w:pPr>
      <w:r>
        <w:rPr>
          <w:b w:val="0"/>
          <w:i w:val="0"/>
        </w:rPr>
        <w:t>Hak edilen izin: ........ gün     Kullanılan: ........ gün     Kalan: ........ gün</w:t>
      </w:r>
    </w:p>
    <w:p>
      <w:pPr>
        <w:spacing w:after="360"/>
      </w:pPr>
      <w:r>
        <w:rPr>
          <w:b w:val="0"/>
          <w:i w:val="0"/>
        </w:rPr>
        <w:t>☐  Yıllık izin kayıt belgesine işlendi     Ad Soyad / İmza / Tarih: ........................</w:t>
      </w:r>
    </w:p>
    <w:p>
      <w:pPr>
        <w:spacing w:after="200"/>
      </w:pPr>
      <w:r>
        <w:rPr>
          <w:b w:val="0"/>
          <w:i/>
          <w:color w:val="6B7280"/>
          <w:sz w:val="18"/>
        </w:rPr>
        <w:t>Not: İzin talebi, kullanılmak istenen tarihten en az bir ay önce yazılı olarak bildirilir (Yıllık Ücretli İzin Yönetmeliği m.7). İşveren istenen tarihle bağlı değildir (m.8). İzin, tarafların anlaşmasıyla bir bölümü 10 günden az olmamak üzere bölünerek kullanılabilir (İş Kanunu m.56).</w:t>
      </w:r>
    </w:p>
    <w:p>
      <w:pPr>
        <w:spacing w:after="120"/>
      </w:pPr>
      <w:r>
        <w:rPr>
          <w:b w:val="0"/>
          <w:i/>
          <w:color w:val="064E3B"/>
          <w:sz w:val="16"/>
        </w:rPr>
        <w:t>Bu şablon qray.app tarafından ücretsiz hazırlanmıştır — izin taleplerini telefondan alıp onaylamak için: https://qray.app</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